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סמלי החג וחפציו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החג למורשת העוברת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הכנסת אורחים ואחדות בתוך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מסכך – ענפים או מחצלות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אורחים מהתנ״ך שמזמינים לסוכה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רוקדים בהקפות עם ספרי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שאנשים שונים יכולים להיות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הסוכה היא מבנה זמני שבונים מחדש כל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נהוג בשמחת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ארבעת המינים המסורתיים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אושפיזין הוא מנהג להזמין אורח מהתנ״ך בכל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הסוכה מזכירה את המבנים הזמניים במדבר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אושפיזין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(מכסה את גג הסוכה)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(אחד מארבעת המינים)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(אורחים מהתנ״ך)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(ריקודים עם ספרי 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(להזמין אנשים לסוכה)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בונים את הסוכה ומכסים אותה בסכך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מקשטים את הסוכה בשרשראות וציורים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מברכים על ארבעת המינים ומנענעים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מזמינים אורחים לשבת בסוכה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רוקדים בהקפות עם ספרי תורה בשמחת 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סוכה, סכך, ארבעת המינים. בלתי מוחשי: הכנסת אורחים, שמחה, נענוע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לזכור את המסע במדבר ואת תלות האדם בטבע ולא בביטחון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חשוב שיזכירו ערך של הכנסת אורחים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ענפים או קנים שמכסים את הסוכה ומראים 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אתרוג, לולב, הדס וערבה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רוקדים בהקפות עם ספרי 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פעילות סוכת האורחים בכיתה ולהשתמש בכרטיסי הזמנה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משחק נענוע לכל הרוחות כהפסקה פעילה בין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להתמקד בדף בקלות ובמילים לעולים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סוכות בונים סוכה ויושבים בה. מברכים על ארבעת המינים ומזמינים אורחים. נלמד מילים חדשות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זמני עם גג של סכך שיושבים בו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ענפים או קנים שמכסים את גג הסוכה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ארבעת המינים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אתרוג, לולב, הדס וערבה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אושפיזין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להזמין אורח מהתנ״ך בכל ערב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ריקודים עם ספרי תורה בשמחת תורה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הכנסת אורחים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להזמין אנשים לסוכה ולשתף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האסיף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חגיגת אסיפת היבול מהשדות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מכסה את הסוכה למעלה?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מסכך – ענפים או מחצלות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שייכת לארבעת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אתרוג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האורחים המיוחדים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שומרי הסוכה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אורחים מהתנ״ך שמזמינים לסוכה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המנגנים בהקפות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בסוף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רוקדים בהקפות עם ספרי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מדליקים נרות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משלוחי 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לומדים מזה שמחזיקים את המינים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שכל המינים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שצריך לבחור רק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שאנשים שונים יכולים להיות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שהחג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תקופה בשנה חוגגים 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סוכה היא מבנה קבוע שנשאר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בהקפות רוקדים עם ספרי תורה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ארבעת המינים הם אתרוג, לולב, הדס וערבה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אושפיזין הוא מנהג לקשט את הסוכה בנייר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הסוכות מזכיר גם את המסע של בני ישראל במדבר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גג הסוכה עשוי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סוכות מברכים על __________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מנהג להזמין אורח מהתנ״ך בכל ערב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בשמחת תורה רוקדים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הסוכה היא מבנה __________ שבונים מחדש כל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חג הסוכות נקרא גם חג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ריקודים עם ספרי 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אתרוג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להזמין אנשים לסוכה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אושפיזין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מכסה את גג הסוכה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אורחים מהתנ״ך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הכנסת אורחים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אחד מארבעת המינים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מזמינים אורחים לשבת בסוכה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מברכים על ארבעת המינים ומנענעים אותם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רוקדים בהקפות עם ספרי תורה בשמחת 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את הסוכה ומכסים אותה בסכך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מקשטים את הסוכה בשרשראות וציורים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מוחשי ומה בלתי מוחשי בסוכות? תנו שתי דוגמאות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יוצאים מהבית החזק אל סוכה זמנית?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 מי הייתם מזמינים לסוכה שלכם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סכך ולמה הוא חשוב בסוכה?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המינים?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בשמחת תורה?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סוכות ושמחת תורה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